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6"/>
        </w:rPr>
        <w:t>CERTIFICATE OF COMPLETION</w:t>
      </w:r>
    </w:p>
    <w:p>
      <w:pPr>
        <w:jc w:val="center"/>
      </w:pPr>
      <w:r>
        <w:rPr>
          <w:b/>
        </w:rPr>
        <w:t>NAT SURVEY AI ACADEMY</w:t>
      </w:r>
    </w:p>
    <w:p>
      <w:pPr>
        <w:jc w:val="center"/>
      </w:pPr>
      <w:r>
        <w:br/>
        <w:t>This certifies that</w:t>
        <w:br/>
        <w:br/>
        <w:t>[LEARNER NAME]</w:t>
        <w:br/>
        <w:br/>
        <w:t>completed</w:t>
        <w:br/>
        <w:br/>
        <w:t>AI + CAD for Engineers &amp; Designers</w:t>
        <w:br/>
        <w:t>14-Day Practical Digital Engineering Bootcamp</w:t>
        <w:br/>
      </w:r>
    </w:p>
    <w:p>
      <w:pPr>
        <w:jc w:val="center"/>
      </w:pPr>
      <w:r>
        <w:t>Training completion certificate - not professional accreditation.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